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12403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לוגו זהב - בר מלכה -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0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טבלת המרות לפי קוטר תבנית – קורס קוקי פאי</w:t>
      </w:r>
    </w:p>
    <w:p>
      <w:pPr>
        <w:jc w:val="right"/>
      </w:pPr>
      <w:r>
        <w:t>המתכונים בקורס מבוססים על תבנית בקוטר 18 ס״מ בגובה 6 ס״מ.</w:t>
        <w:br/>
        <w:t>לנוחותך – צירפנו כאן טבלת המרות לגודל תבנית שונה, מקוטר 10 ועד 26 ס״מ.</w:t>
        <w:br/>
        <w:t>פשוט כפלי כל מרכיב במתכון ביחס שמופיע בטבלה, לפי הקוטר שלך – וזה הכול!</w:t>
        <w:br/>
        <w:t>בהצלחה 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קוטר תבנית (ס״מ)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יחס מהמתכון המקורי (קוטר 18)</w:t>
            </w:r>
          </w:p>
        </w:tc>
        <w:tc>
          <w:tcPr>
            <w:tcW w:type="dxa" w:w="2880"/>
            <w:shd w:fill="EFE7DB"/>
          </w:tcPr>
          <w:p>
            <w:r>
              <w:rPr>
                <w:b/>
              </w:rPr>
              <w:t>לכמה אנשים מתאים (הערכה)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0.31</w:t>
            </w:r>
          </w:p>
        </w:tc>
        <w:tc>
          <w:tcPr>
            <w:tcW w:type="dxa" w:w="2880"/>
          </w:tcPr>
          <w:p>
            <w:r>
              <w:t>קטנטן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0.44</w:t>
            </w:r>
          </w:p>
        </w:tc>
        <w:tc>
          <w:tcPr>
            <w:tcW w:type="dxa" w:w="2880"/>
          </w:tcPr>
          <w:p>
            <w:r>
              <w:t>קטנטן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אישי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0.79</w:t>
            </w:r>
          </w:p>
        </w:tc>
        <w:tc>
          <w:tcPr>
            <w:tcW w:type="dxa" w:w="2880"/>
          </w:tcPr>
          <w:p>
            <w:r>
              <w:t>קטנה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1.0</w:t>
            </w:r>
          </w:p>
        </w:tc>
        <w:tc>
          <w:tcPr>
            <w:tcW w:type="dxa" w:w="2880"/>
          </w:tcPr>
          <w:p>
            <w:r>
              <w:t>בינונית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1.23</w:t>
            </w:r>
          </w:p>
        </w:tc>
        <w:tc>
          <w:tcPr>
            <w:tcW w:type="dxa" w:w="2880"/>
          </w:tcPr>
          <w:p>
            <w:r>
              <w:t>בינונית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1.49</w:t>
            </w:r>
          </w:p>
        </w:tc>
        <w:tc>
          <w:tcPr>
            <w:tcW w:type="dxa" w:w="2880"/>
          </w:tcPr>
          <w:p>
            <w:r>
              <w:t>משפחתית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1.78</w:t>
            </w:r>
          </w:p>
        </w:tc>
        <w:tc>
          <w:tcPr>
            <w:tcW w:type="dxa" w:w="2880"/>
          </w:tcPr>
          <w:p>
            <w:r>
              <w:t>משפחתית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2.09</w:t>
            </w:r>
          </w:p>
        </w:tc>
        <w:tc>
          <w:tcPr>
            <w:tcW w:type="dxa" w:w="2880"/>
          </w:tcPr>
          <w:p>
            <w:r>
              <w:t>גדולה מאוד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